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7357E812" w14:paraId="55178F2E" wp14:textId="77777777">
      <w:pPr>
        <w:spacing w:after="0"/>
        <w:jc w:val="center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OLLSCOIL NA GAILLIMHE</w:t>
      </w:r>
    </w:p>
    <w:p xmlns:wp14="http://schemas.microsoft.com/office/word/2010/wordml" w:rsidP="7357E812" w14:paraId="41D619B1" wp14:textId="77777777">
      <w:pPr>
        <w:spacing w:after="20"/>
        <w:jc w:val="center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UNIVERSITY OF GALWAY</w:t>
      </w:r>
    </w:p>
    <w:p xmlns:wp14="http://schemas.microsoft.com/office/word/2010/wordml" w:rsidP="7357E812" w14:paraId="677C0064" wp14:textId="77777777">
      <w:pPr>
        <w:spacing w:after="200"/>
        <w:jc w:val="right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EOG021</w:t>
      </w:r>
    </w:p>
    <w:p xmlns:wp14="http://schemas.microsoft.com/office/word/2010/wordml" w:rsidP="7357E812" w14:paraId="4960D307" wp14:textId="77777777">
      <w:pPr>
        <w:spacing w:after="0"/>
        <w:jc w:val="center"/>
        <w:rPr>
          <w:rFonts w:ascii="Times New Roman" w:hAnsi="Times New Roman" w:eastAsia="Times New Roman" w:cs="Times New Roman"/>
          <w:b w:val="1"/>
          <w:bCs w:val="1"/>
          <w:sz w:val="26"/>
          <w:szCs w:val="26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6"/>
          <w:szCs w:val="26"/>
        </w:rPr>
        <w:t>THE PhD / MD / RESEARCH MASTERS’ DEGREE</w:t>
      </w:r>
    </w:p>
    <w:p xmlns:wp14="http://schemas.microsoft.com/office/word/2010/wordml" w:rsidP="7357E812" w14:paraId="6CBC9F90" wp14:textId="77777777">
      <w:pPr>
        <w:spacing w:after="240"/>
        <w:jc w:val="center"/>
        <w:rPr>
          <w:rFonts w:ascii="Times New Roman" w:hAnsi="Times New Roman" w:eastAsia="Times New Roman" w:cs="Times New Roman"/>
          <w:b w:val="1"/>
          <w:bCs w:val="1"/>
          <w:sz w:val="26"/>
          <w:szCs w:val="26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6"/>
          <w:szCs w:val="26"/>
        </w:rPr>
        <w:t>APPROVAL FOR EXAMINATION</w:t>
      </w:r>
    </w:p>
    <w:p xmlns:wp14="http://schemas.microsoft.com/office/word/2010/wordml" w:rsidP="7357E812" w14:paraId="67DE668A" wp14:textId="77777777">
      <w:pPr>
        <w:spacing w:after="16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To: The Deputy President &amp; Registrar, the University of Galway</w:t>
      </w:r>
    </w:p>
    <w:p w:rsidR="7357E812" w:rsidP="7357E812" w:rsidRDefault="7357E812" w14:paraId="797A6966" w14:textId="3F6D31FF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Please tick (√) as 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appropriate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: </w:t>
      </w: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</w:t>
      </w: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PhD _____</w:t>
      </w: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</w:t>
      </w: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 </w:t>
      </w:r>
      <w:r w:rsidRPr="7357E812" w:rsidR="1B82744B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MD _______ Research Masters ________</w:t>
      </w:r>
    </w:p>
    <w:p xmlns:wp14="http://schemas.microsoft.com/office/word/2010/wordml" w:rsidP="7357E812" w14:paraId="5A8B7C80" wp14:textId="138E96BE">
      <w:pPr>
        <w:spacing w:after="16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Student ID:  _______________________</w:t>
      </w:r>
    </w:p>
    <w:p w:rsidR="7357E812" w:rsidP="7357E812" w:rsidRDefault="7357E812" w14:paraId="7CE70249" w14:textId="46E76359">
      <w:pPr>
        <w:pStyle w:val="Normal"/>
        <w:spacing w:after="100" w:afterAutospacing="off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Thesis Titled:</w:t>
      </w:r>
    </w:p>
    <w:p w:rsidR="0638B54C" w:rsidP="7357E812" w:rsidRDefault="0638B54C" w14:paraId="0EB61F30" w14:textId="7C72D8AB">
      <w:pPr>
        <w:pStyle w:val="Normal"/>
        <w:spacing w:after="100" w:afterAutospacing="off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0638B54C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____________________________________________________________________________________</w:t>
      </w:r>
    </w:p>
    <w:p w:rsidR="7357E812" w:rsidP="7357E812" w:rsidRDefault="7357E812" w14:paraId="12F10C3E" w14:textId="40A660D6">
      <w:pPr>
        <w:spacing w:after="100" w:afterAutospacing="off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Submitted by Candidate (please write in caps or type)</w:t>
      </w:r>
    </w:p>
    <w:p xmlns:wp14="http://schemas.microsoft.com/office/word/2010/wordml" w:rsidP="7357E812" w14:paraId="025C5A71" wp14:textId="34648C4F">
      <w:pPr>
        <w:spacing w:after="0" w:afterAutospacing="off"/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____________________________________________________________________________________</w:t>
      </w:r>
    </w:p>
    <w:p xmlns:wp14="http://schemas.microsoft.com/office/word/2010/wordml" w:rsidP="7357E812" w14:paraId="7DBFC4B0" wp14:textId="4C85632F">
      <w:pPr>
        <w:spacing w:after="0" w:afterAutospacing="off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</w:p>
    <w:p xmlns:wp14="http://schemas.microsoft.com/office/word/2010/wordml" w:rsidP="7357E812" w14:paraId="3B098D4E" wp14:textId="06618E91">
      <w:pPr>
        <w:spacing w:after="0" w:afterAutospacing="off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For PhD/MD candidates only:</w:t>
      </w:r>
    </w:p>
    <w:p xmlns:wp14="http://schemas.microsoft.com/office/word/2010/wordml" w:rsidP="7357E812" w14:paraId="09339361" wp14:textId="367F8C43">
      <w:pPr>
        <w:spacing w:after="18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Please tick (√) as 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appropriate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:</w:t>
      </w:r>
    </w:p>
    <w:p xmlns:wp14="http://schemas.microsoft.com/office/word/2010/wordml" w:rsidP="7357E812" w14:paraId="5C820599" wp14:textId="1BBA80A5">
      <w:pPr>
        <w:spacing w:after="0" w:afterAutospacing="off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Monograph</w:t>
      </w:r>
      <w:r w:rsidRPr="7357E812" w:rsidR="46985CF6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: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Article based</w:t>
      </w:r>
      <w:r w:rsidRPr="7357E812" w:rsidR="769DB62F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:</w:t>
      </w:r>
    </w:p>
    <w:p w:rsidR="7357E812" w:rsidP="7357E812" w:rsidRDefault="7357E812" w14:paraId="63F3BCB4" w14:textId="3782F6C5">
      <w:pPr>
        <w:spacing w:after="0" w:afterAutospacing="off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</w:p>
    <w:p xmlns:wp14="http://schemas.microsoft.com/office/word/2010/wordml" w:rsidP="7357E812" w14:paraId="3A0715E9" wp14:textId="77777777">
      <w:pPr>
        <w:spacing w:after="0" w:afterAutospacing="off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I, the </w:t>
      </w: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Candidate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, certify that the Thesis is all my own work and that I have not obtained a degree in this University or elsewhere on the basis of any of this work. (If the thesis is based on a group project, then the student must indicate the extent of his/her contribution, with reference to any other theses submitted or published by each collaborator in the project, and a declaration to this effect must be included in the thesis. This declaration should follow the Table of Contents).</w:t>
      </w:r>
    </w:p>
    <w:p w:rsidR="7357E812" w:rsidP="7357E812" w:rsidRDefault="7357E812" w14:paraId="54217631" w14:textId="0C081749">
      <w:pPr>
        <w:spacing w:after="0" w:afterAutospacing="off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</w:p>
    <w:p xmlns:wp14="http://schemas.microsoft.com/office/word/2010/wordml" w:rsidP="7357E812" w14:paraId="2192F0AA" wp14:textId="77777777">
      <w:pPr>
        <w:spacing w:after="20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Signed: ______________________________________________    Date: ______________________</w:t>
      </w:r>
    </w:p>
    <w:p xmlns:wp14="http://schemas.microsoft.com/office/word/2010/wordml" w:rsidP="7357E812" w14:paraId="4AC6CF1C" wp14:textId="77777777">
      <w:pPr>
        <w:spacing w:after="14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I, the Candidate’s Primary Supervisor, hereby confirm that I have inspected, and approve for submittal for examination, the final draft of the thesis, of title above:</w:t>
      </w:r>
    </w:p>
    <w:p xmlns:wp14="http://schemas.microsoft.com/office/word/2010/wordml" w:rsidP="7357E812" w14:paraId="63E6D6BD" wp14:textId="77777777">
      <w:pPr>
        <w:spacing w:after="20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Signed: ______________________________________________    Date: ______________________</w:t>
      </w:r>
    </w:p>
    <w:p xmlns:wp14="http://schemas.microsoft.com/office/word/2010/wordml" w:rsidP="7357E812" w14:paraId="7744C204" wp14:textId="3A5B9569">
      <w:pPr>
        <w:spacing w:after="12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1. </w:t>
      </w:r>
      <w:r w:rsidRPr="7357E812" w:rsidR="3EBE6E61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I, </w:t>
      </w: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a member of the candidate’s Graduate Research Committee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, hereby approve for submittal for examination, the final draft of the thesis, of title above:</w:t>
      </w:r>
    </w:p>
    <w:p w:rsidR="7357E812" w:rsidP="7357E812" w:rsidRDefault="7357E812" w14:paraId="43476354" w14:textId="1FCF6CC7">
      <w:pPr>
        <w:spacing w:after="14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7357E812" w:rsidR="4C4A876C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. </w:t>
      </w:r>
      <w:r w:rsidRPr="7357E812" w:rsidR="39722E95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</w:t>
      </w:r>
      <w:r w:rsidRPr="7357E812" w:rsidR="4C4A876C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For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candidates in structured research 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programmes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, I also confirm that the 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minimum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requirements for the taught modules under the 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programme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, as required by 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College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, have been successfully completed by the candidate.</w:t>
      </w:r>
    </w:p>
    <w:p xmlns:wp14="http://schemas.microsoft.com/office/word/2010/wordml" w:rsidP="7357E812" w14:paraId="4671A775" wp14:textId="77777777">
      <w:pPr>
        <w:spacing w:after="10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Signed: ______________________________________________    Date: ______________________</w:t>
      </w:r>
    </w:p>
    <w:p xmlns:wp14="http://schemas.microsoft.com/office/word/2010/wordml" w:rsidP="7357E812" w14:paraId="20407CD4" wp14:textId="77777777">
      <w:pPr>
        <w:spacing w:after="20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GRC</w:t>
      </w:r>
      <w:r w:rsidRPr="7357E812" w:rsidR="7357E81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: Please Print Your Name: __________________________________________________________</w:t>
      </w:r>
    </w:p>
    <w:p xmlns:wp14="http://schemas.microsoft.com/office/word/2010/wordml" w:rsidP="7357E812" w14:paraId="3DC219D7" wp14:textId="77777777">
      <w:pPr>
        <w:spacing w:after="20"/>
        <w:jc w:val="left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7357E812" w:rsidR="7357E812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Submit a scanned version of this form, together with a PDF version of the thesis to</w:t>
      </w:r>
    </w:p>
    <w:p w:rsidR="7357E812" w:rsidP="7357E812" w:rsidRDefault="7357E812" w14:paraId="6C1AF73C" w14:textId="4792D194">
      <w:pPr>
        <w:spacing w:after="80"/>
        <w:jc w:val="left"/>
        <w:rPr>
          <w:rFonts w:ascii="Times New Roman" w:hAnsi="Times New Roman" w:eastAsia="Times New Roman" w:cs="Times New Roman"/>
          <w:sz w:val="20"/>
          <w:szCs w:val="20"/>
        </w:rPr>
      </w:pPr>
      <w:hyperlink r:id="R2cef686feb3b4c73">
        <w:r w:rsidRPr="7357E812" w:rsidR="7357E812">
          <w:rPr>
            <w:rStyle w:val="Hyperlink"/>
            <w:rFonts w:ascii="Times New Roman" w:hAnsi="Times New Roman" w:eastAsia="Times New Roman" w:cs="Times New Roman"/>
            <w:b w:val="1"/>
            <w:bCs w:val="1"/>
            <w:sz w:val="20"/>
            <w:szCs w:val="20"/>
          </w:rPr>
          <w:t>thesissubmission@universityofgalway.ie</w:t>
        </w:r>
      </w:hyperlink>
    </w:p>
    <w:p w:rsidR="7357E812" w:rsidP="0B1F79E9" w:rsidRDefault="7357E812" w14:paraId="27B20F6B" w14:textId="5DA0ED23">
      <w:pPr>
        <w:spacing w:after="100"/>
        <w:ind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</w:pPr>
      <w:r w:rsidRPr="0B1F79E9" w:rsidR="71789A89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0"/>
          <w:szCs w:val="20"/>
        </w:rPr>
        <w:t xml:space="preserve">Consult the </w:t>
      </w:r>
      <w:hyperlink r:id="R75d1391efabf4adf">
        <w:r w:rsidRPr="0B1F79E9" w:rsidR="71789A89">
          <w:rPr>
            <w:rStyle w:val="Hyperlink"/>
            <w:rFonts w:ascii="Times New Roman" w:hAnsi="Times New Roman" w:eastAsia="Times New Roman" w:cs="Times New Roman"/>
            <w:b w:val="0"/>
            <w:bCs w:val="0"/>
            <w:i w:val="1"/>
            <w:iCs w:val="1"/>
            <w:sz w:val="20"/>
            <w:szCs w:val="20"/>
          </w:rPr>
          <w:t>https://www.universityofgalway.ie/graduate-studies/currentstudents/guidelines-regulations-forms/</w:t>
        </w:r>
      </w:hyperlink>
      <w:r w:rsidRPr="0B1F79E9" w:rsidR="11D9CFDC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0"/>
          <w:szCs w:val="20"/>
        </w:rPr>
        <w:t xml:space="preserve"> </w:t>
      </w:r>
      <w:r w:rsidRPr="0B1F79E9" w:rsidR="71789A89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0"/>
          <w:szCs w:val="20"/>
        </w:rPr>
        <w:t>for details on student, supervisor and GRC roles and responsibilities and on the examination process.</w:t>
      </w:r>
    </w:p>
    <w:p w:rsidR="0B1F79E9" w:rsidP="0B1F79E9" w:rsidRDefault="0B1F79E9" w14:paraId="248E2836" w14:textId="66EC8E54">
      <w:pPr>
        <w:pStyle w:val="Normal"/>
        <w:spacing w:after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684680CD" w:rsidP="0B1F79E9" w:rsidRDefault="684680CD" w14:paraId="268D9C7E" w14:textId="347F9824">
      <w:pPr>
        <w:pStyle w:val="Normal"/>
        <w:spacing w:after="0"/>
        <w:ind/>
        <w:jc w:val="left"/>
      </w:pPr>
      <w:r w:rsidRPr="0B1F79E9" w:rsidR="14912B2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Postgraduate research students may explore the Library Guides and Tutorials </w:t>
      </w:r>
      <w:hyperlink r:id="Rc3453d8f4ad246a5">
        <w:r w:rsidRPr="0B1F79E9" w:rsidR="14912B22">
          <w:rPr>
            <w:rStyle w:val="Hyperlink"/>
            <w:rFonts w:ascii="Times New Roman" w:hAnsi="Times New Roman" w:eastAsia="Times New Roman" w:cs="Times New Roman"/>
            <w:b w:val="0"/>
            <w:bCs w:val="0"/>
            <w:i w:val="1"/>
            <w:iCs w:val="1"/>
            <w:caps w:val="0"/>
            <w:smallCaps w:val="0"/>
            <w:noProof w:val="0"/>
            <w:sz w:val="20"/>
            <w:szCs w:val="20"/>
            <w:lang w:val="en-US"/>
          </w:rPr>
          <w:t>here</w:t>
        </w:r>
      </w:hyperlink>
      <w:r w:rsidRPr="0B1F79E9" w:rsidR="14912B2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for practical help with the use of Generative Artificial Intelligence (AI) platforms, including how to cite generative AI in academic work. The Irish Universities Association (IUA) has launched a set of </w:t>
      </w:r>
      <w:r w:rsidRPr="0B1F79E9" w:rsidR="14912B2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High Level</w:t>
      </w:r>
      <w:r w:rsidRPr="0B1F79E9" w:rsidR="14912B2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Principles for Postgraduate Researchers on the Use of Generative AI during Doctoral </w:t>
      </w:r>
      <w:r w:rsidRPr="0B1F79E9" w:rsidR="14912B2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programmes</w:t>
      </w:r>
      <w:r w:rsidRPr="0B1F79E9" w:rsidR="14912B2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hyperlink r:id="R63063bca18b2492b">
        <w:r w:rsidRPr="0B1F79E9" w:rsidR="14912B22">
          <w:rPr>
            <w:rStyle w:val="Hyperlink"/>
            <w:rFonts w:ascii="Times New Roman" w:hAnsi="Times New Roman" w:eastAsia="Times New Roman" w:cs="Times New Roman"/>
            <w:b w:val="0"/>
            <w:bCs w:val="0"/>
            <w:i w:val="1"/>
            <w:iCs w:val="1"/>
            <w:caps w:val="0"/>
            <w:smallCaps w:val="0"/>
            <w:noProof w:val="0"/>
            <w:sz w:val="20"/>
            <w:szCs w:val="20"/>
            <w:lang w:val="en-US"/>
          </w:rPr>
          <w:t>here</w:t>
        </w:r>
      </w:hyperlink>
      <w:r w:rsidRPr="0B1F79E9" w:rsidR="14912B2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.</w:t>
      </w:r>
      <w:r w:rsidRPr="0B1F79E9" w:rsidR="5A0760D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0"/>
          <w:szCs w:val="20"/>
        </w:rPr>
        <w:t xml:space="preserve"> </w:t>
      </w:r>
    </w:p>
    <w:p w:rsidR="684680CD" w:rsidP="0B1F79E9" w:rsidRDefault="684680CD" w14:paraId="4E4F2524" w14:textId="183125B9">
      <w:pPr>
        <w:pStyle w:val="Normal"/>
        <w:spacing w:after="0"/>
        <w:ind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0"/>
          <w:szCs w:val="20"/>
        </w:rPr>
      </w:pPr>
    </w:p>
    <w:p w:rsidR="684680CD" w:rsidP="0B1F79E9" w:rsidRDefault="684680CD" w14:paraId="7F283BF8" w14:textId="7CE99303">
      <w:pPr>
        <w:pStyle w:val="Normal"/>
        <w:spacing w:after="0"/>
        <w:ind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0"/>
          <w:szCs w:val="20"/>
          <w:lang w:val="en-US"/>
        </w:rPr>
      </w:pPr>
      <w:r w:rsidRPr="0B1F79E9" w:rsidR="5A0760D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0"/>
          <w:szCs w:val="20"/>
        </w:rPr>
        <w:t>GSB-25-A05-V1.2(c) adopted by Graduate Studies Board, 28/5/25</w:t>
      </w:r>
    </w:p>
    <w:sectPr w:rsidRPr="0006063C" w:rsidR="00FC693F" w:rsidSect="00034616">
      <w:pgSz w:w="12240" w:h="15840" w:orient="portrait"/>
      <w:pgMar w:top="792" w:right="1123" w:bottom="792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4B44"/>
    <w:rsid w:val="0029639D"/>
    <w:rsid w:val="00326F90"/>
    <w:rsid w:val="004928DC"/>
    <w:rsid w:val="00AA1D8D"/>
    <w:rsid w:val="00B47730"/>
    <w:rsid w:val="00CB0664"/>
    <w:rsid w:val="00F9872C"/>
    <w:rsid w:val="00F9872C"/>
    <w:rsid w:val="00FC693F"/>
    <w:rsid w:val="01620C8E"/>
    <w:rsid w:val="01D7F44F"/>
    <w:rsid w:val="01D7F44F"/>
    <w:rsid w:val="0638B54C"/>
    <w:rsid w:val="0B1F79E9"/>
    <w:rsid w:val="0EAB5CA7"/>
    <w:rsid w:val="0EBDCEC2"/>
    <w:rsid w:val="102D5101"/>
    <w:rsid w:val="11D9CFDC"/>
    <w:rsid w:val="14912B22"/>
    <w:rsid w:val="16CAD299"/>
    <w:rsid w:val="18AF552C"/>
    <w:rsid w:val="1AE377FE"/>
    <w:rsid w:val="1B82744B"/>
    <w:rsid w:val="1CC3CF59"/>
    <w:rsid w:val="1CC3CF59"/>
    <w:rsid w:val="1D1CE43F"/>
    <w:rsid w:val="23A1A449"/>
    <w:rsid w:val="268B7997"/>
    <w:rsid w:val="2C39A78C"/>
    <w:rsid w:val="2D4295B3"/>
    <w:rsid w:val="2D4295B3"/>
    <w:rsid w:val="2E867FDB"/>
    <w:rsid w:val="2F428C0F"/>
    <w:rsid w:val="2F428C0F"/>
    <w:rsid w:val="39722E95"/>
    <w:rsid w:val="3EBE6E61"/>
    <w:rsid w:val="420945A9"/>
    <w:rsid w:val="46985CF6"/>
    <w:rsid w:val="48243782"/>
    <w:rsid w:val="4C4A876C"/>
    <w:rsid w:val="5168320C"/>
    <w:rsid w:val="5168320C"/>
    <w:rsid w:val="5A0760DD"/>
    <w:rsid w:val="658A5887"/>
    <w:rsid w:val="684680CD"/>
    <w:rsid w:val="6C31D963"/>
    <w:rsid w:val="71789A89"/>
    <w:rsid w:val="71F978D3"/>
    <w:rsid w:val="7357E812"/>
    <w:rsid w:val="757FA4AF"/>
    <w:rsid w:val="757FA4AF"/>
    <w:rsid w:val="75C4EF29"/>
    <w:rsid w:val="769DB62F"/>
    <w:rsid w:val="7A6A7A0F"/>
    <w:rsid w:val="7EEAB05E"/>
    <w:rsid w:val="7FE78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9C5D5B72-E78F-474F-9E97-6F1D743638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uiPriority w:val="99"/>
    <w:name w:val="Hyperlink"/>
    <w:basedOn w:val="DefaultParagraphFont"/>
    <w:unhideWhenUsed/>
    <w:rsid w:val="7357E8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yperlink" Target="mailto:thesissubmission@universityofgalway.ie" TargetMode="External" Id="R2cef686feb3b4c73" /><Relationship Type="http://schemas.openxmlformats.org/officeDocument/2006/relationships/hyperlink" Target="https://www.universityofgalway.ie/graduate-studies/currentstudents/guidelines-regulations-forms/" TargetMode="External" Id="R75d1391efabf4adf" /><Relationship Type="http://schemas.openxmlformats.org/officeDocument/2006/relationships/hyperlink" Target="https://libguides.library.universityofgalway.ie/AIforResearch" TargetMode="External" Id="Rc3453d8f4ad246a5" /><Relationship Type="http://schemas.openxmlformats.org/officeDocument/2006/relationships/hyperlink" Target="https://www.iua.ie/wp-content/uploads/2026/06/High-Level-Principles-for-PostgraduateResearchers-on-the-use-of-Generative-AI-during-Doctoral-Programmes.pdf" TargetMode="External" Id="R63063bca18b2492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Quinlan, Eabha Leech</lastModifiedBy>
  <revision>3</revision>
  <dcterms:created xsi:type="dcterms:W3CDTF">2013-12-23T23:15:00.0000000Z</dcterms:created>
  <dcterms:modified xsi:type="dcterms:W3CDTF">2026-10-12T13:08:24.6082273Z</dcterms:modified>
  <category/>
</coreProperties>
</file>